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00A862" w14:textId="34664101" w:rsidR="00DD0708" w:rsidRPr="00DD0708" w:rsidRDefault="00DD0708" w:rsidP="00DD0708">
      <w:pPr>
        <w:spacing w:before="40"/>
        <w:ind w:left="69"/>
        <w:jc w:val="center"/>
        <w:rPr>
          <w:b/>
          <w:bCs/>
          <w:color w:val="FF0000"/>
          <w:sz w:val="40"/>
          <w:szCs w:val="44"/>
        </w:rPr>
      </w:pPr>
      <w:r w:rsidRPr="00DD0708">
        <w:rPr>
          <w:b/>
          <w:bCs/>
          <w:color w:val="FF0000"/>
          <w:sz w:val="40"/>
          <w:szCs w:val="44"/>
        </w:rPr>
        <w:t>REGOLAMENTO</w:t>
      </w:r>
      <w:r w:rsidRPr="00DD0708">
        <w:rPr>
          <w:b/>
          <w:bCs/>
          <w:color w:val="FF0000"/>
          <w:spacing w:val="-9"/>
          <w:sz w:val="40"/>
          <w:szCs w:val="44"/>
        </w:rPr>
        <w:t xml:space="preserve"> </w:t>
      </w:r>
      <w:r w:rsidRPr="00DD0708">
        <w:rPr>
          <w:b/>
          <w:bCs/>
          <w:color w:val="FF0000"/>
          <w:sz w:val="40"/>
          <w:szCs w:val="44"/>
        </w:rPr>
        <w:t>CORSO</w:t>
      </w:r>
      <w:r w:rsidRPr="00DD0708">
        <w:rPr>
          <w:b/>
          <w:bCs/>
          <w:color w:val="FF0000"/>
          <w:spacing w:val="-8"/>
          <w:sz w:val="40"/>
          <w:szCs w:val="44"/>
        </w:rPr>
        <w:t xml:space="preserve"> </w:t>
      </w:r>
      <w:r w:rsidRPr="00DD0708">
        <w:rPr>
          <w:b/>
          <w:bCs/>
          <w:color w:val="FF0000"/>
          <w:sz w:val="40"/>
          <w:szCs w:val="44"/>
        </w:rPr>
        <w:t>EDUCATORE</w:t>
      </w:r>
      <w:r w:rsidRPr="00DD0708">
        <w:rPr>
          <w:b/>
          <w:bCs/>
          <w:color w:val="FF0000"/>
          <w:spacing w:val="-10"/>
          <w:sz w:val="40"/>
          <w:szCs w:val="44"/>
        </w:rPr>
        <w:t xml:space="preserve"> </w:t>
      </w:r>
      <w:r w:rsidRPr="00DD0708">
        <w:rPr>
          <w:b/>
          <w:bCs/>
          <w:color w:val="FF0000"/>
          <w:sz w:val="40"/>
          <w:szCs w:val="44"/>
        </w:rPr>
        <w:t>CINOFILO AICSS 2026/2027</w:t>
      </w:r>
    </w:p>
    <w:p w14:paraId="6E01FDC4" w14:textId="37489F87" w:rsidR="008D4379" w:rsidRDefault="00DD0708" w:rsidP="00DD0708">
      <w:pPr>
        <w:jc w:val="center"/>
      </w:pPr>
      <w:r>
        <w:t xml:space="preserve"> </w:t>
      </w:r>
      <w:r w:rsidRPr="00DD0708">
        <w:rPr>
          <w:color w:val="FF0000"/>
        </w:rPr>
        <w:t>[LEGGERE CON ATTENZIONE]</w:t>
      </w:r>
    </w:p>
    <w:p w14:paraId="5D712C88" w14:textId="77777777" w:rsidR="008D4379" w:rsidRDefault="008D4379"/>
    <w:p w14:paraId="59C63FA3" w14:textId="77777777" w:rsidR="008D4379" w:rsidRPr="00DD0708" w:rsidRDefault="00DD0708">
      <w:pPr>
        <w:rPr>
          <w:b/>
        </w:rPr>
      </w:pPr>
      <w:r w:rsidRPr="00DD0708">
        <w:rPr>
          <w:b/>
          <w:sz w:val="24"/>
        </w:rPr>
        <w:t>DATI DEL PARTECIPANTE</w:t>
      </w:r>
    </w:p>
    <w:p w14:paraId="25842F13" w14:textId="77777777" w:rsidR="008D4379" w:rsidRPr="00DD0708" w:rsidRDefault="00DD0708">
      <w:pPr>
        <w:rPr>
          <w:b/>
        </w:rPr>
      </w:pPr>
      <w:r w:rsidRPr="00DD0708">
        <w:rPr>
          <w:b/>
        </w:rPr>
        <w:t>Nome e Cognome: ________________________________________________</w:t>
      </w:r>
    </w:p>
    <w:p w14:paraId="5B0EC417" w14:textId="77777777" w:rsidR="008D4379" w:rsidRPr="00DD0708" w:rsidRDefault="00DD0708">
      <w:pPr>
        <w:rPr>
          <w:b/>
        </w:rPr>
      </w:pPr>
      <w:r w:rsidRPr="00DD0708">
        <w:rPr>
          <w:b/>
        </w:rPr>
        <w:t xml:space="preserve">Luogo e Data di nascita: </w:t>
      </w:r>
      <w:r w:rsidRPr="00DD0708">
        <w:rPr>
          <w:b/>
        </w:rPr>
        <w:t>________________________________________</w:t>
      </w:r>
    </w:p>
    <w:p w14:paraId="60859E8A" w14:textId="77777777" w:rsidR="008D4379" w:rsidRPr="00DD0708" w:rsidRDefault="00DD0708">
      <w:pPr>
        <w:rPr>
          <w:b/>
        </w:rPr>
      </w:pPr>
      <w:r w:rsidRPr="00DD0708">
        <w:rPr>
          <w:b/>
        </w:rPr>
        <w:t>Codice Fiscale: _________________________________________________</w:t>
      </w:r>
    </w:p>
    <w:p w14:paraId="011FFB77" w14:textId="77777777" w:rsidR="008D4379" w:rsidRPr="00DD0708" w:rsidRDefault="00DD0708">
      <w:pPr>
        <w:rPr>
          <w:b/>
        </w:rPr>
      </w:pPr>
      <w:r w:rsidRPr="00DD0708">
        <w:rPr>
          <w:b/>
        </w:rPr>
        <w:t>Residenza: _____________________________________________________</w:t>
      </w:r>
    </w:p>
    <w:p w14:paraId="42FEA3DA" w14:textId="77777777" w:rsidR="008D4379" w:rsidRPr="00DD0708" w:rsidRDefault="00DD0708">
      <w:pPr>
        <w:rPr>
          <w:b/>
        </w:rPr>
      </w:pPr>
      <w:r w:rsidRPr="00DD0708">
        <w:rPr>
          <w:b/>
        </w:rPr>
        <w:t>Telefono: ______________________________________________________</w:t>
      </w:r>
    </w:p>
    <w:p w14:paraId="3DE0AEB3" w14:textId="77777777" w:rsidR="008D4379" w:rsidRPr="00DD0708" w:rsidRDefault="00DD0708">
      <w:pPr>
        <w:rPr>
          <w:b/>
        </w:rPr>
      </w:pPr>
      <w:r w:rsidRPr="00DD0708">
        <w:rPr>
          <w:b/>
        </w:rPr>
        <w:t>E-mail: ___________</w:t>
      </w:r>
      <w:r w:rsidRPr="00DD0708">
        <w:rPr>
          <w:b/>
        </w:rPr>
        <w:t>_____________________________________________</w:t>
      </w:r>
    </w:p>
    <w:p w14:paraId="6F9AD96C" w14:textId="77777777" w:rsidR="008D4379" w:rsidRPr="00DD0708" w:rsidRDefault="008D4379">
      <w:pPr>
        <w:rPr>
          <w:b/>
        </w:rPr>
      </w:pPr>
    </w:p>
    <w:p w14:paraId="2294009E" w14:textId="77777777" w:rsidR="008D4379" w:rsidRPr="00DD0708" w:rsidRDefault="00DD0708">
      <w:pPr>
        <w:rPr>
          <w:b/>
        </w:rPr>
      </w:pPr>
      <w:r w:rsidRPr="00DD0708">
        <w:rPr>
          <w:b/>
        </w:rPr>
        <w:t>REGOLAMENTO CORSO EDUCATORE CINOFILO AICSS 2026/2027 [LEGGERE CON ATTENZIONE]</w:t>
      </w:r>
    </w:p>
    <w:p w14:paraId="22E874F5" w14:textId="77777777" w:rsidR="008D4379" w:rsidRPr="00DD0708" w:rsidRDefault="00DD0708">
      <w:pPr>
        <w:rPr>
          <w:b/>
        </w:rPr>
      </w:pPr>
      <w:r w:rsidRPr="00DD0708">
        <w:rPr>
          <w:b/>
        </w:rPr>
        <w:t xml:space="preserve">Per frequentare il percorso e ottenere la qualifica ufficiale di EDUCATORE CINOFILO rilasciata da AICSS E FCC SECONDO LA NORMA UNI </w:t>
      </w:r>
      <w:r w:rsidRPr="00DD0708">
        <w:rPr>
          <w:b/>
        </w:rPr>
        <w:t>11790 riconosciuta a livello nazionale i partecipanti dovranno attenersi al seguente regolamento:</w:t>
      </w:r>
    </w:p>
    <w:p w14:paraId="4ADBA063" w14:textId="77777777" w:rsidR="008D4379" w:rsidRPr="00DD0708" w:rsidRDefault="00DD0708">
      <w:pPr>
        <w:rPr>
          <w:b/>
        </w:rPr>
      </w:pPr>
      <w:r w:rsidRPr="00DD0708">
        <w:rPr>
          <w:b/>
        </w:rPr>
        <w:t>Il percorso prevede obbligo di frequenza di almeno l’80% delle lezioni, il che significa che per accedere all’esame finale non si devono perdere più di 3 WEEK</w:t>
      </w:r>
      <w:r w:rsidRPr="00DD0708">
        <w:rPr>
          <w:b/>
        </w:rPr>
        <w:t xml:space="preserve"> END. Se non si partecipa a più di 3 WEEK END non si potrà accedere all’esame finale per l’ottenimento della qualifica.</w:t>
      </w:r>
    </w:p>
    <w:p w14:paraId="66A4D772" w14:textId="77777777" w:rsidR="008D4379" w:rsidRPr="00DD0708" w:rsidRDefault="00DD0708">
      <w:pPr>
        <w:rPr>
          <w:b/>
        </w:rPr>
      </w:pPr>
      <w:r w:rsidRPr="00DD0708">
        <w:rPr>
          <w:b/>
        </w:rPr>
        <w:t>Il corso partirà con un minimo di 8 partecipanti. Se non venisse raggiunto il numero minimo AICSS ASD ODV si riserva la facoltà di riman</w:t>
      </w:r>
      <w:r w:rsidRPr="00DD0708">
        <w:rPr>
          <w:b/>
        </w:rPr>
        <w:t>dare l’inizio del corso. Se non si raggiungesse ancora la quota minima, l’associazione si impegna a restituire l’intera quota d’iscrizione senza alcuna penale.</w:t>
      </w:r>
    </w:p>
    <w:p w14:paraId="5CEA1651" w14:textId="77777777" w:rsidR="008D4379" w:rsidRPr="00DD0708" w:rsidRDefault="00DD0708">
      <w:pPr>
        <w:rPr>
          <w:b/>
        </w:rPr>
      </w:pPr>
      <w:r w:rsidRPr="00DD0708">
        <w:rPr>
          <w:b/>
        </w:rPr>
        <w:t>Accettando di fare questo percorso l’iscritto accetta di partecipare anche al gruppo WhatsApp de</w:t>
      </w:r>
      <w:r w:rsidRPr="00DD0708">
        <w:rPr>
          <w:b/>
        </w:rPr>
        <w:t>l corso Educatore Cinofilo AICSS per avere accesso a tutte le comunicazioni imminenti relative al corso permettendo agli organizzatori più facilità nelle operazioni. Nel gruppo non si potrà pubblicare nessuna foto o annuncio non relativo al corso in oggett</w:t>
      </w:r>
      <w:r w:rsidRPr="00DD0708">
        <w:rPr>
          <w:b/>
        </w:rPr>
        <w:t>o.</w:t>
      </w:r>
    </w:p>
    <w:p w14:paraId="58F02F4E" w14:textId="3AE5A3E4" w:rsidR="008D4379" w:rsidRPr="00DD0708" w:rsidRDefault="00DD0708">
      <w:pPr>
        <w:rPr>
          <w:b/>
        </w:rPr>
      </w:pPr>
      <w:r w:rsidRPr="00DD0708">
        <w:rPr>
          <w:b/>
        </w:rPr>
        <w:lastRenderedPageBreak/>
        <w:t xml:space="preserve">Il materiale relativo al corso verrà inviato ai partecipanti tramite WhatsApp/mail ad ogni modulo e deve essere utilizzato solo ed </w:t>
      </w:r>
      <w:proofErr w:type="spellStart"/>
      <w:r w:rsidRPr="00DD0708">
        <w:rPr>
          <w:b/>
        </w:rPr>
        <w:t>esclusivamente</w:t>
      </w:r>
      <w:proofErr w:type="spellEnd"/>
      <w:r w:rsidRPr="00DD0708">
        <w:rPr>
          <w:b/>
        </w:rPr>
        <w:t xml:space="preserve"> a </w:t>
      </w:r>
      <w:proofErr w:type="spellStart"/>
      <w:r w:rsidRPr="00DD0708">
        <w:rPr>
          <w:b/>
        </w:rPr>
        <w:t>scopi</w:t>
      </w:r>
      <w:proofErr w:type="spellEnd"/>
      <w:r w:rsidRPr="00DD0708">
        <w:rPr>
          <w:b/>
        </w:rPr>
        <w:t xml:space="preserve"> </w:t>
      </w:r>
      <w:proofErr w:type="spellStart"/>
      <w:r w:rsidRPr="00DD0708">
        <w:rPr>
          <w:b/>
        </w:rPr>
        <w:t>personali</w:t>
      </w:r>
      <w:proofErr w:type="spellEnd"/>
      <w:r w:rsidRPr="00DD0708">
        <w:rPr>
          <w:b/>
        </w:rPr>
        <w:t xml:space="preserve"> e non può essere divulgato né ceduto ad altri.</w:t>
      </w:r>
    </w:p>
    <w:p w14:paraId="1153A785" w14:textId="77777777" w:rsidR="008D4379" w:rsidRPr="00DD0708" w:rsidRDefault="00DD0708">
      <w:pPr>
        <w:rPr>
          <w:b/>
        </w:rPr>
      </w:pPr>
      <w:r w:rsidRPr="00DD0708">
        <w:rPr>
          <w:b/>
        </w:rPr>
        <w:t>Le lezioni teoriche e pratiche si effettue</w:t>
      </w:r>
      <w:r w:rsidRPr="00DD0708">
        <w:rPr>
          <w:b/>
        </w:rPr>
        <w:t>ranno all’Accademia Italiana Cani Salvataggio e Soccorso in via di Malnome 460 (RM) e nei campi adibiti agli allenamenti delle Unità Cinofile nei pressi del Centro. Il week end dedicato al Dog Trekking si svolgerà presso un rifugio da definire. L’Accademia</w:t>
      </w:r>
      <w:r w:rsidRPr="00DD0708">
        <w:rPr>
          <w:b/>
        </w:rPr>
        <w:t xml:space="preserve"> si riserva il diritto di cambiare sede in caso di necessità organizzative sempre rimanendo nei pressi dell’Accademia.</w:t>
      </w:r>
    </w:p>
    <w:p w14:paraId="514E472C" w14:textId="77777777" w:rsidR="008D4379" w:rsidRPr="00DD0708" w:rsidRDefault="00DD0708">
      <w:pPr>
        <w:rPr>
          <w:b/>
        </w:rPr>
      </w:pPr>
      <w:r w:rsidRPr="00DD0708">
        <w:rPr>
          <w:b/>
        </w:rPr>
        <w:t>Durante le lezioni teoriche è prevista la presenza dei cani in aula a discrezione del docente.</w:t>
      </w:r>
    </w:p>
    <w:p w14:paraId="430D431E" w14:textId="77777777" w:rsidR="008D4379" w:rsidRPr="00DD0708" w:rsidRDefault="00DD0708">
      <w:pPr>
        <w:rPr>
          <w:b/>
        </w:rPr>
      </w:pPr>
      <w:r w:rsidRPr="00DD0708">
        <w:rPr>
          <w:b/>
        </w:rPr>
        <w:t>Per ottenere la qualifica l’allievo deve s</w:t>
      </w:r>
      <w:r w:rsidRPr="00DD0708">
        <w:rPr>
          <w:b/>
        </w:rPr>
        <w:t>uperare con esito positivo le prove scritte, orali e pratiche che verranno decise dai docenti presenti in esame.</w:t>
      </w:r>
    </w:p>
    <w:p w14:paraId="6ED4B175" w14:textId="77777777" w:rsidR="008D4379" w:rsidRPr="00DD0708" w:rsidRDefault="00DD0708">
      <w:pPr>
        <w:rPr>
          <w:b/>
        </w:rPr>
      </w:pPr>
      <w:r w:rsidRPr="00DD0708">
        <w:rPr>
          <w:b/>
        </w:rPr>
        <w:t>Per il corso in oggetto l’allievo deve partecipare alla parte pratica con un cane (proprio o meno) e preparare lo stesso per la prova d’esame.</w:t>
      </w:r>
    </w:p>
    <w:p w14:paraId="70A8D45B" w14:textId="77777777" w:rsidR="008D4379" w:rsidRPr="00DD0708" w:rsidRDefault="00DD0708">
      <w:pPr>
        <w:rPr>
          <w:b/>
        </w:rPr>
      </w:pPr>
      <w:r w:rsidRPr="00DD0708">
        <w:rPr>
          <w:b/>
        </w:rPr>
        <w:t xml:space="preserve">Il pagamento del corso per un totale di 2050,00 entro il 15 Giugno 2026, oppure di </w:t>
      </w:r>
      <w:proofErr w:type="gramStart"/>
      <w:r w:rsidRPr="00DD0708">
        <w:rPr>
          <w:b/>
        </w:rPr>
        <w:t>2300 euro</w:t>
      </w:r>
      <w:proofErr w:type="gramEnd"/>
      <w:r w:rsidRPr="00DD0708">
        <w:rPr>
          <w:b/>
        </w:rPr>
        <w:t xml:space="preserve"> se iscritto entro il 1 Settembre 2026 dev’essere effettuato suddiviso come segue:</w:t>
      </w:r>
    </w:p>
    <w:p w14:paraId="17E794D5" w14:textId="77777777" w:rsidR="008D4379" w:rsidRPr="00DD0708" w:rsidRDefault="00DD0708">
      <w:pPr>
        <w:rPr>
          <w:b/>
        </w:rPr>
      </w:pPr>
      <w:r w:rsidRPr="00DD0708">
        <w:rPr>
          <w:b/>
        </w:rPr>
        <w:t>-iscrizione entro il 15 Giugno o entro il 1 Settembre 2026 di 300 euro</w:t>
      </w:r>
    </w:p>
    <w:p w14:paraId="2A4566E7" w14:textId="77777777" w:rsidR="008D4379" w:rsidRPr="00DD0708" w:rsidRDefault="00DD0708">
      <w:pPr>
        <w:rPr>
          <w:b/>
        </w:rPr>
      </w:pPr>
      <w:r w:rsidRPr="00DD0708">
        <w:rPr>
          <w:b/>
        </w:rPr>
        <w:t>-1° rata e</w:t>
      </w:r>
      <w:r w:rsidRPr="00DD0708">
        <w:rPr>
          <w:b/>
        </w:rPr>
        <w:t>ntro il 5 Settembre</w:t>
      </w:r>
    </w:p>
    <w:p w14:paraId="4389763F" w14:textId="77777777" w:rsidR="008D4379" w:rsidRPr="00DD0708" w:rsidRDefault="00DD0708">
      <w:pPr>
        <w:rPr>
          <w:b/>
        </w:rPr>
      </w:pPr>
      <w:r w:rsidRPr="00DD0708">
        <w:rPr>
          <w:b/>
        </w:rPr>
        <w:t>-2° rata entro il 5 Ottobre</w:t>
      </w:r>
      <w:bookmarkStart w:id="0" w:name="_GoBack"/>
      <w:bookmarkEnd w:id="0"/>
    </w:p>
    <w:p w14:paraId="0B8A2FEC" w14:textId="77777777" w:rsidR="008D4379" w:rsidRPr="00DD0708" w:rsidRDefault="00DD0708">
      <w:pPr>
        <w:rPr>
          <w:b/>
        </w:rPr>
      </w:pPr>
      <w:r w:rsidRPr="00DD0708">
        <w:rPr>
          <w:b/>
        </w:rPr>
        <w:t>-3° rata entro il 5 Novembre</w:t>
      </w:r>
    </w:p>
    <w:p w14:paraId="4F5D2CD4" w14:textId="77777777" w:rsidR="008D4379" w:rsidRPr="00DD0708" w:rsidRDefault="00DD0708">
      <w:pPr>
        <w:rPr>
          <w:b/>
        </w:rPr>
      </w:pPr>
      <w:r w:rsidRPr="00DD0708">
        <w:rPr>
          <w:b/>
        </w:rPr>
        <w:t>-4° rata entro il 5 Dicembre</w:t>
      </w:r>
    </w:p>
    <w:p w14:paraId="448D8E6B" w14:textId="0D605904" w:rsidR="008D4379" w:rsidRPr="00DD0708" w:rsidRDefault="00DD0708">
      <w:pPr>
        <w:rPr>
          <w:b/>
        </w:rPr>
      </w:pPr>
      <w:r w:rsidRPr="00DD0708">
        <w:rPr>
          <w:b/>
        </w:rPr>
        <w:t xml:space="preserve">Il pagamento è compreso di tesseramento, dispense ed </w:t>
      </w:r>
      <w:proofErr w:type="spellStart"/>
      <w:r w:rsidRPr="00DD0708">
        <w:rPr>
          <w:b/>
        </w:rPr>
        <w:t>esame</w:t>
      </w:r>
      <w:proofErr w:type="spellEnd"/>
      <w:r w:rsidRPr="00DD0708">
        <w:rPr>
          <w:b/>
        </w:rPr>
        <w:t xml:space="preserve"> </w:t>
      </w:r>
      <w:proofErr w:type="spellStart"/>
      <w:r w:rsidRPr="00DD0708">
        <w:rPr>
          <w:b/>
        </w:rPr>
        <w:t>interno</w:t>
      </w:r>
      <w:proofErr w:type="spellEnd"/>
      <w:r w:rsidRPr="00DD0708">
        <w:rPr>
          <w:b/>
        </w:rPr>
        <w:t xml:space="preserve">, </w:t>
      </w:r>
      <w:proofErr w:type="spellStart"/>
      <w:r w:rsidRPr="00DD0708">
        <w:rPr>
          <w:b/>
        </w:rPr>
        <w:t>esame</w:t>
      </w:r>
      <w:proofErr w:type="spellEnd"/>
      <w:r w:rsidRPr="00DD0708">
        <w:rPr>
          <w:b/>
        </w:rPr>
        <w:t xml:space="preserve"> FCC e</w:t>
      </w:r>
      <w:r w:rsidRPr="00DD0708">
        <w:rPr>
          <w:b/>
        </w:rPr>
        <w:t xml:space="preserve"> diploma.</w:t>
      </w:r>
      <w:r w:rsidRPr="00DD0708">
        <w:rPr>
          <w:b/>
        </w:rPr>
        <w:t xml:space="preserve"> </w:t>
      </w:r>
      <w:proofErr w:type="spellStart"/>
      <w:r w:rsidRPr="00DD0708">
        <w:rPr>
          <w:b/>
        </w:rPr>
        <w:t>L’</w:t>
      </w:r>
      <w:r w:rsidRPr="00DD0708">
        <w:rPr>
          <w:b/>
        </w:rPr>
        <w:t>iscrizione</w:t>
      </w:r>
      <w:proofErr w:type="spellEnd"/>
      <w:r w:rsidRPr="00DD0708">
        <w:rPr>
          <w:b/>
        </w:rPr>
        <w:t xml:space="preserve"> al </w:t>
      </w:r>
      <w:proofErr w:type="spellStart"/>
      <w:r w:rsidRPr="00DD0708">
        <w:rPr>
          <w:b/>
        </w:rPr>
        <w:t>registro</w:t>
      </w:r>
      <w:proofErr w:type="spellEnd"/>
      <w:r w:rsidRPr="00DD0708">
        <w:rPr>
          <w:b/>
        </w:rPr>
        <w:t xml:space="preserve"> Educatori Cinofili FCC è a </w:t>
      </w:r>
      <w:proofErr w:type="spellStart"/>
      <w:r w:rsidRPr="00DD0708">
        <w:rPr>
          <w:b/>
        </w:rPr>
        <w:t>carico</w:t>
      </w:r>
      <w:proofErr w:type="spellEnd"/>
      <w:r w:rsidRPr="00DD0708">
        <w:rPr>
          <w:b/>
        </w:rPr>
        <w:t xml:space="preserve"> </w:t>
      </w:r>
      <w:proofErr w:type="spellStart"/>
      <w:r w:rsidRPr="00DD0708">
        <w:rPr>
          <w:b/>
        </w:rPr>
        <w:t>dello</w:t>
      </w:r>
      <w:proofErr w:type="spellEnd"/>
      <w:r w:rsidRPr="00DD0708">
        <w:rPr>
          <w:b/>
        </w:rPr>
        <w:t xml:space="preserve"> student.</w:t>
      </w:r>
    </w:p>
    <w:p w14:paraId="059D6AB4" w14:textId="77777777" w:rsidR="008D4379" w:rsidRPr="00DD0708" w:rsidRDefault="00DD0708">
      <w:pPr>
        <w:rPr>
          <w:b/>
        </w:rPr>
      </w:pPr>
      <w:r w:rsidRPr="00DD0708">
        <w:rPr>
          <w:b/>
        </w:rPr>
        <w:t xml:space="preserve">Nel caso di </w:t>
      </w:r>
      <w:r w:rsidRPr="00DD0708">
        <w:rPr>
          <w:b/>
        </w:rPr>
        <w:t>disdetta durante il corso non è possibile ottenere il rimborso, anche in caso di pagamento a rate il partecipante dovrà completare il pagamento ugualmente, essendo il corso un corso a numero chiuso.</w:t>
      </w:r>
    </w:p>
    <w:p w14:paraId="031327FA" w14:textId="40AB26C8" w:rsidR="008D4379" w:rsidRPr="00DD0708" w:rsidRDefault="00DD0708">
      <w:pPr>
        <w:rPr>
          <w:b/>
        </w:rPr>
      </w:pPr>
      <w:r w:rsidRPr="00DD0708">
        <w:rPr>
          <w:b/>
        </w:rPr>
        <w:t>Il corso dura complessivamente 256 ore suddivise in 16 we</w:t>
      </w:r>
      <w:r w:rsidRPr="00DD0708">
        <w:rPr>
          <w:b/>
        </w:rPr>
        <w:t>ekend che prevedono ore teoriche in aula e ore pratiche in campo. Inoltre durante il corso sono previste 50 ore di tirocinio pratico (le ore di tirocinio sono escluse dalle ore di pratica del corso). Il corso si terrà sempre nei week-end (Sabato e Domenica</w:t>
      </w:r>
      <w:r w:rsidRPr="00DD0708">
        <w:rPr>
          <w:b/>
        </w:rPr>
        <w:t xml:space="preserve">) dalle ore 9.30 </w:t>
      </w:r>
      <w:proofErr w:type="spellStart"/>
      <w:r w:rsidRPr="00DD0708">
        <w:rPr>
          <w:b/>
        </w:rPr>
        <w:t>alle</w:t>
      </w:r>
      <w:proofErr w:type="spellEnd"/>
      <w:r w:rsidRPr="00DD0708">
        <w:rPr>
          <w:b/>
        </w:rPr>
        <w:t xml:space="preserve"> ore 17:00</w:t>
      </w:r>
      <w:r w:rsidRPr="00DD0708">
        <w:rPr>
          <w:b/>
        </w:rPr>
        <w:t xml:space="preserve"> circa. Si potrà accedere all’esame solamente con le 50 ore di tirocinio effettuate.</w:t>
      </w:r>
    </w:p>
    <w:p w14:paraId="10F15839" w14:textId="77777777" w:rsidR="008D4379" w:rsidRPr="00DD0708" w:rsidRDefault="00DD0708">
      <w:pPr>
        <w:rPr>
          <w:b/>
        </w:rPr>
      </w:pPr>
      <w:r w:rsidRPr="00DD0708">
        <w:rPr>
          <w:b/>
        </w:rPr>
        <w:t>L’allievo è a conoscenza del fatto che alcune lezioni del corso possono essere aperte a partecipanti esterni come stage o ex corsisti.</w:t>
      </w:r>
    </w:p>
    <w:p w14:paraId="15D2313E" w14:textId="77777777" w:rsidR="008D4379" w:rsidRPr="00DD0708" w:rsidRDefault="00DD0708">
      <w:pPr>
        <w:rPr>
          <w:b/>
        </w:rPr>
      </w:pPr>
      <w:r w:rsidRPr="00DD0708">
        <w:rPr>
          <w:b/>
        </w:rPr>
        <w:lastRenderedPageBreak/>
        <w:t>L’Acc</w:t>
      </w:r>
      <w:r w:rsidRPr="00DD0708">
        <w:rPr>
          <w:b/>
        </w:rPr>
        <w:t>ademia si riserva il diritto di fare variazioni del programma (docenti o we) qualora strettamente necessario.</w:t>
      </w:r>
    </w:p>
    <w:p w14:paraId="3BB7DA49" w14:textId="77777777" w:rsidR="008D4379" w:rsidRPr="00DD0708" w:rsidRDefault="00DD0708">
      <w:pPr>
        <w:rPr>
          <w:b/>
        </w:rPr>
      </w:pPr>
      <w:r w:rsidRPr="00DD0708">
        <w:rPr>
          <w:b/>
        </w:rPr>
        <w:t>Se non si dovesse superare l’esame interno l’allievo potrà partecipare ad una nuova sessione d’esame entro 6 mesi dalla fine del corso senza ulter</w:t>
      </w:r>
      <w:r w:rsidRPr="00DD0708">
        <w:rPr>
          <w:b/>
        </w:rPr>
        <w:t>iori costi aggiuntivi. Qualora decidesse di ripeterlo in un altro Centro non verrà rimborsata alcuna quota da AICSS ASD ODV.</w:t>
      </w:r>
    </w:p>
    <w:p w14:paraId="173DF64B" w14:textId="0EBE86C8" w:rsidR="008D4379" w:rsidRPr="00DD0708" w:rsidRDefault="00DD0708">
      <w:pPr>
        <w:rPr>
          <w:b/>
        </w:rPr>
      </w:pPr>
      <w:r w:rsidRPr="00DD0708">
        <w:rPr>
          <w:b/>
        </w:rPr>
        <w:t>Se non si dovesse superare l’esame esterno per la qualifica secondo la norma UNI 11790, l’esame può essere ripetuto gratuitamente a</w:t>
      </w:r>
      <w:r w:rsidRPr="00DD0708">
        <w:rPr>
          <w:b/>
        </w:rPr>
        <w:t xml:space="preserve"> partire dai 90 giorni fino ai 180 giorni dalla precedente prova. Successivamente sarà necessario versare una quota di 50</w:t>
      </w:r>
      <w:r w:rsidRPr="00DD0708">
        <w:rPr>
          <w:b/>
        </w:rPr>
        <w:t xml:space="preserve"> euro </w:t>
      </w:r>
      <w:proofErr w:type="gramStart"/>
      <w:r w:rsidRPr="00DD0708">
        <w:rPr>
          <w:b/>
        </w:rPr>
        <w:t>a</w:t>
      </w:r>
      <w:proofErr w:type="gramEnd"/>
      <w:r w:rsidRPr="00DD0708">
        <w:rPr>
          <w:b/>
        </w:rPr>
        <w:t xml:space="preserve"> FCC per ripetere nuovamente l’esame.</w:t>
      </w:r>
    </w:p>
    <w:p w14:paraId="3F1E5192" w14:textId="77777777" w:rsidR="008D4379" w:rsidRPr="00DD0708" w:rsidRDefault="00DD0708">
      <w:pPr>
        <w:rPr>
          <w:b/>
        </w:rPr>
      </w:pPr>
      <w:r w:rsidRPr="00DD0708">
        <w:rPr>
          <w:b/>
        </w:rPr>
        <w:t>Per qualsiasi dubbio o informazione rivolgersi alla responsabile del corso: Vittorio Fran</w:t>
      </w:r>
      <w:r w:rsidRPr="00DD0708">
        <w:rPr>
          <w:b/>
        </w:rPr>
        <w:t>co 3356313516 –info@aicss.it</w:t>
      </w:r>
    </w:p>
    <w:p w14:paraId="092C1BF8" w14:textId="77777777" w:rsidR="008D4379" w:rsidRPr="00DD0708" w:rsidRDefault="00DD0708">
      <w:pPr>
        <w:rPr>
          <w:b/>
        </w:rPr>
      </w:pPr>
      <w:r w:rsidRPr="00DD0708">
        <w:rPr>
          <w:b/>
        </w:rPr>
        <w:t>Questo documento deve essere firmato e inviato ad info@aicss.it al momento dell’iscrizione.</w:t>
      </w:r>
    </w:p>
    <w:p w14:paraId="7C39A8F8" w14:textId="77777777" w:rsidR="008D4379" w:rsidRPr="00DD0708" w:rsidRDefault="00DD0708">
      <w:pPr>
        <w:rPr>
          <w:b/>
        </w:rPr>
      </w:pPr>
      <w:r w:rsidRPr="00DD0708">
        <w:rPr>
          <w:b/>
        </w:rPr>
        <w:t>Ho preso visione del documento di Presentazione del corso Educatore Cinofilo AICSS.</w:t>
      </w:r>
    </w:p>
    <w:p w14:paraId="4B1434EB" w14:textId="77777777" w:rsidR="008D4379" w:rsidRPr="00DD0708" w:rsidRDefault="00DD0708">
      <w:pPr>
        <w:rPr>
          <w:b/>
        </w:rPr>
      </w:pPr>
      <w:r w:rsidRPr="00DD0708">
        <w:rPr>
          <w:b/>
        </w:rPr>
        <w:t>Dichiaro di aver letto e accettato il regolamento i</w:t>
      </w:r>
      <w:r w:rsidRPr="00DD0708">
        <w:rPr>
          <w:b/>
        </w:rPr>
        <w:t>n ogni sua parte.</w:t>
      </w:r>
    </w:p>
    <w:p w14:paraId="613EFAE7" w14:textId="77777777" w:rsidR="008D4379" w:rsidRPr="00DD0708" w:rsidRDefault="00DD0708">
      <w:pPr>
        <w:rPr>
          <w:b/>
        </w:rPr>
      </w:pPr>
      <w:r w:rsidRPr="00DD0708">
        <w:rPr>
          <w:b/>
        </w:rPr>
        <w:t>DATA                                     _________________________________________________</w:t>
      </w:r>
    </w:p>
    <w:p w14:paraId="1A5C9208" w14:textId="6C5AF028" w:rsidR="00DD0708" w:rsidRPr="00DD0708" w:rsidRDefault="00DD0708">
      <w:pPr>
        <w:rPr>
          <w:b/>
        </w:rPr>
      </w:pPr>
      <w:r w:rsidRPr="00DD0708">
        <w:rPr>
          <w:b/>
        </w:rPr>
        <w:t>NOME E COGNOME          __________________________________________________</w:t>
      </w:r>
    </w:p>
    <w:p w14:paraId="697D61F6" w14:textId="039EDCF9" w:rsidR="008D4379" w:rsidRDefault="00DD0708">
      <w:r w:rsidRPr="00DD0708">
        <w:rPr>
          <w:b/>
        </w:rPr>
        <w:t>FIRMA                                  _____________________________________</w:t>
      </w:r>
      <w:r>
        <w:t>_____________</w:t>
      </w:r>
    </w:p>
    <w:sectPr w:rsidR="008D437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8D4379"/>
    <w:rsid w:val="00AA1D8D"/>
    <w:rsid w:val="00B47730"/>
    <w:rsid w:val="00CB0664"/>
    <w:rsid w:val="00DD070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E329D4"/>
  <w14:defaultImageDpi w14:val="300"/>
  <w15:docId w15:val="{3EF53456-42B2-4EDB-A52E-D3D2F61E5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4" w:semiHidden="1" w:unhideWhenUsed="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FC693F"/>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6D1B7-4809-43B5-B303-DDCD84139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799</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Vittorio Franco</cp:lastModifiedBy>
  <cp:revision>2</cp:revision>
  <dcterms:created xsi:type="dcterms:W3CDTF">2026-05-18T08:21:00Z</dcterms:created>
  <dcterms:modified xsi:type="dcterms:W3CDTF">2026-05-18T08:21:00Z</dcterms:modified>
  <cp:category/>
</cp:coreProperties>
</file>